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5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49"/>
        </w:rPr>
        <w:t>Your Name</w:t>
      </w:r>
    </w:p>
    <w:p>
      <w:pPr>
        <w:spacing w:before="0" w:after="150" w:line="276" w:lineRule="auto"/>
        <w:jc w:val="left"/>
      </w:pPr>
      <w:r>
        <w:rPr>
          <w:rFonts w:ascii="Arial" w:hAnsi="Arial" w:eastAsia="Arial"/>
          <w:b w:val="0"/>
          <w:i w:val="0"/>
          <w:color w:val="111111"/>
          <w:sz w:val="25"/>
          <w:spacing w:val="8"/>
        </w:rPr>
        <w:t>Target Job Title</w:t>
      </w:r>
    </w:p>
    <w:p>
      <w:pPr>
        <w:spacing w:before="0" w:after="400" w:line="276" w:lineRule="auto"/>
        <w:jc w:val="left"/>
      </w:pPr>
      <w:r>
        <w:rPr>
          <w:rFonts w:ascii="Arial" w:hAnsi="Arial" w:eastAsia="Arial"/>
          <w:b w:val="0"/>
          <w:i w:val="0"/>
          <w:color w:val="555555"/>
          <w:sz w:val="20"/>
        </w:rPr>
        <w:t>City, State  |  (555) 555-0100  |  you@email.com  |  linkedin.com/in/yourname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PROFILE</w:t>
      </w:r>
    </w:p>
    <w:p>
      <w:pPr>
        <w:spacing w:before="0" w:after="150" w:line="276" w:lineRule="auto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Two or three lines about who you are professionally, your years of experience, your strongest skills and one result you're proud of. Tailor this to each job you apply for.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EXPERIENCE</w:t>
      </w:r>
    </w:p>
    <w:p>
      <w:pPr>
        <w:keepNext/>
        <w:tabs>
          <w:tab w:pos="9893" w:val="right"/>
        </w:tabs>
        <w:spacing w:before="200" w:after="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22"/>
        </w:rPr>
        <w:t>Most Recent Job Title</w:t>
      </w:r>
      <w:r>
        <w:rPr>
          <w:rFonts w:ascii="Arial" w:hAnsi="Arial" w:eastAsia="Arial"/>
          <w:b w:val="0"/>
          <w:i w:val="0"/>
          <w:color w:val="555555"/>
          <w:sz w:val="22"/>
        </w:rPr>
        <w:tab/>
        <w:t>2023 – Present</w:t>
      </w:r>
    </w:p>
    <w:p>
      <w:pPr>
        <w:keepNext/>
        <w:spacing w:before="0" w:after="100" w:line="276" w:lineRule="auto"/>
        <w:jc w:val="left"/>
      </w:pPr>
      <w:r>
        <w:rPr>
          <w:rFonts w:ascii="Arial" w:hAnsi="Arial" w:eastAsia="Arial"/>
          <w:b w:val="0"/>
          <w:i/>
          <w:color w:val="555555"/>
          <w:sz w:val="22"/>
        </w:rPr>
        <w:t>Company Name  ·  City, State</w:t>
      </w:r>
    </w:p>
    <w:p>
      <w:pPr>
        <w:pStyle w:val="ListBullet"/>
        <w:spacing w:before="0" w:after="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Start with an action verb, describe the task, and finish with a measurable result</w:t>
      </w:r>
    </w:p>
    <w:p>
      <w:pPr>
        <w:pStyle w:val="ListBullet"/>
        <w:spacing w:before="0" w:after="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Example: Reduced customer wait times by 25% by redesigning the booking process</w:t>
      </w:r>
    </w:p>
    <w:p>
      <w:pPr>
        <w:pStyle w:val="ListBullet"/>
        <w:spacing w:before="0" w:after="1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Keep each bullet to one or two lines; put your strongest results first</w:t>
      </w:r>
    </w:p>
    <w:p>
      <w:pPr>
        <w:keepNext/>
        <w:tabs>
          <w:tab w:pos="9893" w:val="right"/>
        </w:tabs>
        <w:spacing w:before="200" w:after="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22"/>
        </w:rPr>
        <w:t>Previous Job Title</w:t>
      </w:r>
      <w:r>
        <w:rPr>
          <w:rFonts w:ascii="Arial" w:hAnsi="Arial" w:eastAsia="Arial"/>
          <w:b w:val="0"/>
          <w:i w:val="0"/>
          <w:color w:val="555555"/>
          <w:sz w:val="22"/>
        </w:rPr>
        <w:tab/>
        <w:t>2020 – 2023</w:t>
      </w:r>
    </w:p>
    <w:p>
      <w:pPr>
        <w:keepNext/>
        <w:spacing w:before="0" w:after="100" w:line="276" w:lineRule="auto"/>
        <w:jc w:val="left"/>
      </w:pPr>
      <w:r>
        <w:rPr>
          <w:rFonts w:ascii="Arial" w:hAnsi="Arial" w:eastAsia="Arial"/>
          <w:b w:val="0"/>
          <w:i/>
          <w:color w:val="555555"/>
          <w:sz w:val="22"/>
        </w:rPr>
        <w:t>Company Name  ·  City, State</w:t>
      </w:r>
    </w:p>
    <w:p>
      <w:pPr>
        <w:pStyle w:val="ListBullet"/>
        <w:spacing w:before="0" w:after="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Use numbers wherever you can: people, money, time, percentages</w:t>
      </w:r>
    </w:p>
    <w:p>
      <w:pPr>
        <w:pStyle w:val="ListBullet"/>
        <w:spacing w:before="0" w:after="1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Mirror the keywords from the job description you are applying for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EDUCATION</w:t>
      </w:r>
    </w:p>
    <w:p>
      <w:pPr>
        <w:keepNext/>
        <w:tabs>
          <w:tab w:pos="9893" w:val="right"/>
        </w:tabs>
        <w:spacing w:before="200" w:after="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22"/>
        </w:rPr>
        <w:t>Degree, Major</w:t>
      </w:r>
      <w:r>
        <w:rPr>
          <w:rFonts w:ascii="Arial" w:hAnsi="Arial" w:eastAsia="Arial"/>
          <w:b w:val="0"/>
          <w:i w:val="0"/>
          <w:color w:val="555555"/>
          <w:sz w:val="22"/>
        </w:rPr>
        <w:tab/>
        <w:t>Year</w:t>
      </w:r>
    </w:p>
    <w:p>
      <w:pPr>
        <w:keepNext/>
        <w:spacing w:before="0" w:after="100" w:line="276" w:lineRule="auto"/>
        <w:jc w:val="left"/>
      </w:pPr>
      <w:r>
        <w:rPr>
          <w:rFonts w:ascii="Arial" w:hAnsi="Arial" w:eastAsia="Arial"/>
          <w:b w:val="0"/>
          <w:i/>
          <w:color w:val="555555"/>
          <w:sz w:val="22"/>
        </w:rPr>
        <w:t>School Name  ·  City, State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SKILLS</w:t>
      </w:r>
    </w:p>
    <w:p>
      <w:pPr>
        <w:spacing w:before="0" w:after="150" w:line="276" w:lineRule="auto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Skill one  •  Skill two  •  Skill three  •  Software  •  Language  •  Certification</w:t>
      </w:r>
    </w:p>
    <w:sectPr w:rsidR="00FC693F" w:rsidRPr="0006063C" w:rsidSect="00034616">
      <w:pgSz w:w="11909" w:h="16834"/>
      <w:pgMar w:top="922" w:right="1008" w:bottom="92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line="240" w:lineRule="auto"/>
      <w:contextualSpacing/>
    </w:pPr>
    <w:rPr>
      <w:rFonts w:ascii="Arial" w:hAnsi="Arial" w:eastAsia="Arial"/>
      <w:color w:val="111111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