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50" w:line="276" w:lineRule="auto"/>
        <w:jc w:val="left"/>
      </w:pPr>
      <w:r>
        <w:rPr>
          <w:rFonts w:ascii="Arial" w:hAnsi="Arial" w:eastAsia="Arial"/>
          <w:b/>
          <w:i w:val="0"/>
          <w:color w:val="111111"/>
          <w:sz w:val="49"/>
        </w:rPr>
        <w:t>Your Name</w:t>
      </w:r>
    </w:p>
    <w:p>
      <w:pPr>
        <w:spacing w:before="0" w:after="150" w:line="276" w:lineRule="auto"/>
        <w:jc w:val="left"/>
      </w:pPr>
      <w:r>
        <w:rPr>
          <w:rFonts w:ascii="Arial" w:hAnsi="Arial" w:eastAsia="Arial"/>
          <w:b w:val="0"/>
          <w:i w:val="0"/>
          <w:color w:val="111111"/>
          <w:sz w:val="25"/>
          <w:spacing w:val="8"/>
        </w:rPr>
        <w:t>Target Job Title</w:t>
      </w:r>
    </w:p>
    <w:p>
      <w:pPr>
        <w:spacing w:before="0" w:after="400" w:line="276" w:lineRule="auto"/>
        <w:jc w:val="left"/>
      </w:pPr>
      <w:r>
        <w:rPr>
          <w:rFonts w:ascii="Arial" w:hAnsi="Arial" w:eastAsia="Arial"/>
          <w:b w:val="0"/>
          <w:i w:val="0"/>
          <w:color w:val="555555"/>
          <w:sz w:val="20"/>
        </w:rPr>
        <w:t>City, State  |  (555) 555-0100  |  you@email.com  |  linkedin.com/in/yourname</w:t>
      </w:r>
    </w:p>
    <w:p>
      <w:pPr>
        <w:spacing w:before="450" w:after="200" w:line="276" w:lineRule="auto"/>
        <w:jc w:val="left"/>
        <w:keepNext/>
        <w:pBdr>
          <w:bottom w:val="single" w:sz="6" w:space="2" w:color="333333"/>
        </w:pBdr>
      </w:pPr>
      <w:r>
        <w:rPr>
          <w:rFonts w:ascii="Arial" w:hAnsi="Arial" w:eastAsia="Arial"/>
          <w:b/>
          <w:i w:val="0"/>
          <w:color w:val="111111"/>
          <w:sz w:val="23"/>
          <w:spacing w:val="20"/>
        </w:rPr>
        <w:t>PROFILE</w:t>
      </w:r>
    </w:p>
    <w:p>
      <w:pPr>
        <w:spacing w:before="0" w:after="150" w:line="276" w:lineRule="auto"/>
        <w:jc w:val="left"/>
      </w:pPr>
      <w:r>
        <w:rPr>
          <w:rFonts w:ascii="Arial" w:hAnsi="Arial" w:eastAsia="Arial"/>
          <w:b w:val="0"/>
          <w:i w:val="0"/>
          <w:color w:val="111111"/>
          <w:sz w:val="22"/>
        </w:rPr>
        <w:t>Two or three lines about who you are professionally, your years of experience, your strongest skills and one result you're proud of. Tailor this to each job you apply for.</w:t>
      </w:r>
    </w:p>
    <w:p>
      <w:pPr>
        <w:spacing w:before="450" w:after="200" w:line="276" w:lineRule="auto"/>
        <w:jc w:val="left"/>
        <w:keepNext/>
        <w:pBdr>
          <w:bottom w:val="single" w:sz="6" w:space="2" w:color="333333"/>
        </w:pBdr>
      </w:pPr>
      <w:r>
        <w:rPr>
          <w:rFonts w:ascii="Arial" w:hAnsi="Arial" w:eastAsia="Arial"/>
          <w:b/>
          <w:i w:val="0"/>
          <w:color w:val="111111"/>
          <w:sz w:val="23"/>
          <w:spacing w:val="20"/>
        </w:rPr>
        <w:t>EXPERIENCE</w:t>
      </w:r>
    </w:p>
    <w:p>
      <w:pPr>
        <w:keepNext/>
        <w:tabs>
          <w:tab w:pos="10224" w:val="right"/>
        </w:tabs>
        <w:spacing w:before="200" w:after="0" w:line="276" w:lineRule="auto"/>
        <w:jc w:val="left"/>
      </w:pPr>
      <w:r>
        <w:rPr>
          <w:rFonts w:ascii="Arial" w:hAnsi="Arial" w:eastAsia="Arial"/>
          <w:b/>
          <w:i w:val="0"/>
          <w:color w:val="111111"/>
          <w:sz w:val="22"/>
        </w:rPr>
        <w:t>Most Recent Job Title</w:t>
      </w:r>
      <w:r>
        <w:rPr>
          <w:rFonts w:ascii="Arial" w:hAnsi="Arial" w:eastAsia="Arial"/>
          <w:b w:val="0"/>
          <w:i w:val="0"/>
          <w:color w:val="555555"/>
          <w:sz w:val="22"/>
        </w:rPr>
        <w:tab/>
        <w:t>2023 – Present</w:t>
      </w:r>
    </w:p>
    <w:p>
      <w:pPr>
        <w:keepNext/>
        <w:spacing w:before="0" w:after="100" w:line="276" w:lineRule="auto"/>
        <w:jc w:val="left"/>
      </w:pPr>
      <w:r>
        <w:rPr>
          <w:rFonts w:ascii="Arial" w:hAnsi="Arial" w:eastAsia="Arial"/>
          <w:b w:val="0"/>
          <w:i/>
          <w:color w:val="555555"/>
          <w:sz w:val="22"/>
        </w:rPr>
        <w:t>Company Name  ·  City, State</w:t>
      </w:r>
    </w:p>
    <w:p>
      <w:pPr>
        <w:pStyle w:val="ListBullet"/>
        <w:spacing w:before="0" w:after="50" w:line="276" w:lineRule="auto"/>
        <w:ind w:left="288" w:hanging="230"/>
        <w:jc w:val="left"/>
      </w:pPr>
      <w:r>
        <w:rPr>
          <w:rFonts w:ascii="Arial" w:hAnsi="Arial" w:eastAsia="Arial"/>
          <w:b w:val="0"/>
          <w:i w:val="0"/>
          <w:color w:val="111111"/>
          <w:sz w:val="22"/>
        </w:rPr>
        <w:t>Start with an action verb, describe the task, and finish with a measurable result</w:t>
      </w:r>
    </w:p>
    <w:p>
      <w:pPr>
        <w:pStyle w:val="ListBullet"/>
        <w:spacing w:before="0" w:after="50" w:line="276" w:lineRule="auto"/>
        <w:ind w:left="288" w:hanging="230"/>
        <w:jc w:val="left"/>
      </w:pPr>
      <w:r>
        <w:rPr>
          <w:rFonts w:ascii="Arial" w:hAnsi="Arial" w:eastAsia="Arial"/>
          <w:b w:val="0"/>
          <w:i w:val="0"/>
          <w:color w:val="111111"/>
          <w:sz w:val="22"/>
        </w:rPr>
        <w:t>Example: Reduced customer wait times by 25% by redesigning the booking process</w:t>
      </w:r>
    </w:p>
    <w:p>
      <w:pPr>
        <w:pStyle w:val="ListBullet"/>
        <w:spacing w:before="0" w:after="150" w:line="276" w:lineRule="auto"/>
        <w:ind w:left="288" w:hanging="230"/>
        <w:jc w:val="left"/>
      </w:pPr>
      <w:r>
        <w:rPr>
          <w:rFonts w:ascii="Arial" w:hAnsi="Arial" w:eastAsia="Arial"/>
          <w:b w:val="0"/>
          <w:i w:val="0"/>
          <w:color w:val="111111"/>
          <w:sz w:val="22"/>
        </w:rPr>
        <w:t>Keep each bullet to one or two lines; put your strongest results first</w:t>
      </w:r>
    </w:p>
    <w:p>
      <w:pPr>
        <w:keepNext/>
        <w:tabs>
          <w:tab w:pos="10224" w:val="right"/>
        </w:tabs>
        <w:spacing w:before="200" w:after="0" w:line="276" w:lineRule="auto"/>
        <w:jc w:val="left"/>
      </w:pPr>
      <w:r>
        <w:rPr>
          <w:rFonts w:ascii="Arial" w:hAnsi="Arial" w:eastAsia="Arial"/>
          <w:b/>
          <w:i w:val="0"/>
          <w:color w:val="111111"/>
          <w:sz w:val="22"/>
        </w:rPr>
        <w:t>Previous Job Title</w:t>
      </w:r>
      <w:r>
        <w:rPr>
          <w:rFonts w:ascii="Arial" w:hAnsi="Arial" w:eastAsia="Arial"/>
          <w:b w:val="0"/>
          <w:i w:val="0"/>
          <w:color w:val="555555"/>
          <w:sz w:val="22"/>
        </w:rPr>
        <w:tab/>
        <w:t>2020 – 2023</w:t>
      </w:r>
    </w:p>
    <w:p>
      <w:pPr>
        <w:keepNext/>
        <w:spacing w:before="0" w:after="100" w:line="276" w:lineRule="auto"/>
        <w:jc w:val="left"/>
      </w:pPr>
      <w:r>
        <w:rPr>
          <w:rFonts w:ascii="Arial" w:hAnsi="Arial" w:eastAsia="Arial"/>
          <w:b w:val="0"/>
          <w:i/>
          <w:color w:val="555555"/>
          <w:sz w:val="22"/>
        </w:rPr>
        <w:t>Company Name  ·  City, State</w:t>
      </w:r>
    </w:p>
    <w:p>
      <w:pPr>
        <w:pStyle w:val="ListBullet"/>
        <w:spacing w:before="0" w:after="50" w:line="276" w:lineRule="auto"/>
        <w:ind w:left="288" w:hanging="230"/>
        <w:jc w:val="left"/>
      </w:pPr>
      <w:r>
        <w:rPr>
          <w:rFonts w:ascii="Arial" w:hAnsi="Arial" w:eastAsia="Arial"/>
          <w:b w:val="0"/>
          <w:i w:val="0"/>
          <w:color w:val="111111"/>
          <w:sz w:val="22"/>
        </w:rPr>
        <w:t>Use numbers wherever you can: people, money, time, percentages</w:t>
      </w:r>
    </w:p>
    <w:p>
      <w:pPr>
        <w:pStyle w:val="ListBullet"/>
        <w:spacing w:before="0" w:after="150" w:line="276" w:lineRule="auto"/>
        <w:ind w:left="288" w:hanging="230"/>
        <w:jc w:val="left"/>
      </w:pPr>
      <w:r>
        <w:rPr>
          <w:rFonts w:ascii="Arial" w:hAnsi="Arial" w:eastAsia="Arial"/>
          <w:b w:val="0"/>
          <w:i w:val="0"/>
          <w:color w:val="111111"/>
          <w:sz w:val="22"/>
        </w:rPr>
        <w:t>Mirror the keywords from the job description you are applying for</w:t>
      </w:r>
    </w:p>
    <w:p>
      <w:pPr>
        <w:spacing w:before="450" w:after="200" w:line="276" w:lineRule="auto"/>
        <w:jc w:val="left"/>
        <w:keepNext/>
        <w:pBdr>
          <w:bottom w:val="single" w:sz="6" w:space="2" w:color="333333"/>
        </w:pBdr>
      </w:pPr>
      <w:r>
        <w:rPr>
          <w:rFonts w:ascii="Arial" w:hAnsi="Arial" w:eastAsia="Arial"/>
          <w:b/>
          <w:i w:val="0"/>
          <w:color w:val="111111"/>
          <w:sz w:val="23"/>
          <w:spacing w:val="20"/>
        </w:rPr>
        <w:t>EDUCATION</w:t>
      </w:r>
    </w:p>
    <w:p>
      <w:pPr>
        <w:keepNext/>
        <w:tabs>
          <w:tab w:pos="10224" w:val="right"/>
        </w:tabs>
        <w:spacing w:before="200" w:after="0" w:line="276" w:lineRule="auto"/>
        <w:jc w:val="left"/>
      </w:pPr>
      <w:r>
        <w:rPr>
          <w:rFonts w:ascii="Arial" w:hAnsi="Arial" w:eastAsia="Arial"/>
          <w:b/>
          <w:i w:val="0"/>
          <w:color w:val="111111"/>
          <w:sz w:val="22"/>
        </w:rPr>
        <w:t>Degree, Major</w:t>
      </w:r>
      <w:r>
        <w:rPr>
          <w:rFonts w:ascii="Arial" w:hAnsi="Arial" w:eastAsia="Arial"/>
          <w:b w:val="0"/>
          <w:i w:val="0"/>
          <w:color w:val="555555"/>
          <w:sz w:val="22"/>
        </w:rPr>
        <w:tab/>
        <w:t>Year</w:t>
      </w:r>
    </w:p>
    <w:p>
      <w:pPr>
        <w:keepNext/>
        <w:spacing w:before="0" w:after="100" w:line="276" w:lineRule="auto"/>
        <w:jc w:val="left"/>
      </w:pPr>
      <w:r>
        <w:rPr>
          <w:rFonts w:ascii="Arial" w:hAnsi="Arial" w:eastAsia="Arial"/>
          <w:b w:val="0"/>
          <w:i/>
          <w:color w:val="555555"/>
          <w:sz w:val="22"/>
        </w:rPr>
        <w:t>School Name  ·  City, State</w:t>
      </w:r>
    </w:p>
    <w:p>
      <w:pPr>
        <w:spacing w:before="450" w:after="200" w:line="276" w:lineRule="auto"/>
        <w:jc w:val="left"/>
        <w:keepNext/>
        <w:pBdr>
          <w:bottom w:val="single" w:sz="6" w:space="2" w:color="333333"/>
        </w:pBdr>
      </w:pPr>
      <w:r>
        <w:rPr>
          <w:rFonts w:ascii="Arial" w:hAnsi="Arial" w:eastAsia="Arial"/>
          <w:b/>
          <w:i w:val="0"/>
          <w:color w:val="111111"/>
          <w:sz w:val="23"/>
          <w:spacing w:val="20"/>
        </w:rPr>
        <w:t>SKILLS</w:t>
      </w:r>
    </w:p>
    <w:p>
      <w:pPr>
        <w:spacing w:before="0" w:after="150" w:line="276" w:lineRule="auto"/>
        <w:jc w:val="left"/>
      </w:pPr>
      <w:r>
        <w:rPr>
          <w:rFonts w:ascii="Arial" w:hAnsi="Arial" w:eastAsia="Arial"/>
          <w:b w:val="0"/>
          <w:i w:val="0"/>
          <w:color w:val="111111"/>
          <w:sz w:val="22"/>
        </w:rPr>
        <w:t>Skill one  •  Skill two  •  Skill three  •  Software  •  Language  •  Certification</w:t>
      </w:r>
    </w:p>
    <w:sectPr w:rsidR="00FC693F" w:rsidRPr="0006063C" w:rsidSect="00034616">
      <w:pgSz w:w="12240" w:h="15840"/>
      <w:pgMar w:top="922" w:right="1008" w:bottom="92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 w:line="240" w:lineRule="auto"/>
      <w:contextualSpacing/>
    </w:pPr>
    <w:rPr>
      <w:rFonts w:ascii="Arial" w:hAnsi="Arial" w:eastAsia="Arial"/>
      <w:color w:val="111111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